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8783" w14:textId="74D955F1" w:rsidR="0075381E" w:rsidRPr="00AC617C" w:rsidRDefault="00AC617C" w:rsidP="00AC617C">
      <w:pPr>
        <w:pStyle w:val="Title"/>
        <w:rPr>
          <w:sz w:val="42"/>
          <w:szCs w:val="42"/>
        </w:rPr>
      </w:pPr>
      <w:r w:rsidRPr="00AC617C">
        <w:rPr>
          <w:sz w:val="42"/>
          <w:szCs w:val="42"/>
        </w:rPr>
        <w:t>REGISTERING AS AN UNPAID CARER WITH YOUR GP PRACTICE</w:t>
      </w:r>
    </w:p>
    <w:p w14:paraId="3F328AC9" w14:textId="45CB46FD" w:rsidR="00D4257E" w:rsidRPr="00D4257E" w:rsidRDefault="00D4257E" w:rsidP="00D4257E">
      <w:pPr>
        <w:jc w:val="right"/>
        <w:rPr>
          <w:b/>
          <w:bCs/>
          <w:i/>
          <w:iCs/>
        </w:rPr>
      </w:pPr>
      <w:r w:rsidRPr="00D4257E">
        <w:rPr>
          <w:b/>
          <w:bCs/>
          <w:i/>
          <w:iCs/>
        </w:rPr>
        <w:t>Complete details highlighted in red</w:t>
      </w:r>
    </w:p>
    <w:p w14:paraId="432B6CA7" w14:textId="77777777" w:rsidR="0075381E" w:rsidRPr="00363877" w:rsidRDefault="00C51CEA" w:rsidP="00D35471">
      <w:pPr>
        <w:rPr>
          <w:rFonts w:ascii="Arial" w:hAnsi="Arial" w:cs="Arial"/>
          <w:color w:val="FF0000"/>
          <w:sz w:val="24"/>
          <w:szCs w:val="24"/>
        </w:rPr>
      </w:pPr>
      <w:r w:rsidRPr="00363877">
        <w:rPr>
          <w:rFonts w:ascii="Arial" w:hAnsi="Arial" w:cs="Arial"/>
          <w:color w:val="FF0000"/>
          <w:sz w:val="24"/>
          <w:szCs w:val="24"/>
        </w:rPr>
        <w:t>Date: ___________________________</w:t>
      </w:r>
    </w:p>
    <w:p w14:paraId="78B404DA" w14:textId="77777777" w:rsidR="0075381E" w:rsidRPr="00363877" w:rsidRDefault="00C51CEA" w:rsidP="00D35471">
      <w:pPr>
        <w:rPr>
          <w:rFonts w:ascii="Arial" w:hAnsi="Arial" w:cs="Arial"/>
          <w:color w:val="FF0000"/>
          <w:sz w:val="24"/>
          <w:szCs w:val="24"/>
        </w:rPr>
      </w:pPr>
      <w:r w:rsidRPr="00363877">
        <w:rPr>
          <w:rFonts w:ascii="Arial" w:hAnsi="Arial" w:cs="Arial"/>
          <w:color w:val="FF0000"/>
          <w:sz w:val="24"/>
          <w:szCs w:val="24"/>
        </w:rPr>
        <w:t>GP Practice: ___________________________</w:t>
      </w:r>
    </w:p>
    <w:p w14:paraId="18D24225" w14:textId="77777777" w:rsidR="00C51CEA" w:rsidRDefault="00C51CEA" w:rsidP="00C51CEA">
      <w:pPr>
        <w:rPr>
          <w:rFonts w:ascii="Arial" w:hAnsi="Arial" w:cs="Arial"/>
          <w:sz w:val="24"/>
          <w:szCs w:val="24"/>
        </w:rPr>
      </w:pPr>
    </w:p>
    <w:p w14:paraId="6088E701" w14:textId="7F130C78" w:rsidR="00C51CEA" w:rsidRPr="00D35471" w:rsidRDefault="00C51CEA" w:rsidP="00C51CEA">
      <w:pPr>
        <w:rPr>
          <w:rFonts w:ascii="Arial" w:hAnsi="Arial" w:cs="Arial"/>
          <w:sz w:val="24"/>
          <w:szCs w:val="24"/>
        </w:rPr>
      </w:pPr>
      <w:r w:rsidRPr="00D35471">
        <w:rPr>
          <w:rFonts w:ascii="Arial" w:hAnsi="Arial" w:cs="Arial"/>
          <w:sz w:val="24"/>
          <w:szCs w:val="24"/>
        </w:rPr>
        <w:t>To: Practice Manager</w:t>
      </w:r>
    </w:p>
    <w:p w14:paraId="6DD3FCBA" w14:textId="77777777" w:rsidR="00A72B1C" w:rsidRDefault="00C51CEA" w:rsidP="00015213">
      <w:pPr>
        <w:spacing w:after="0" w:line="240" w:lineRule="auto"/>
        <w:rPr>
          <w:rFonts w:ascii="Arial" w:hAnsi="Arial" w:cs="Arial"/>
          <w:b/>
          <w:bCs/>
          <w:sz w:val="24"/>
          <w:szCs w:val="24"/>
        </w:rPr>
      </w:pPr>
      <w:r w:rsidRPr="00D35471">
        <w:rPr>
          <w:rFonts w:ascii="Arial" w:hAnsi="Arial" w:cs="Arial"/>
          <w:sz w:val="24"/>
          <w:szCs w:val="24"/>
        </w:rPr>
        <w:t xml:space="preserve">I am writing to request that I am recorded as an unpaid carer on my GP patient record, and that the patient record for the individual I care for is updated to reflect that they have a </w:t>
      </w:r>
      <w:proofErr w:type="spellStart"/>
      <w:r w:rsidRPr="00D35471">
        <w:rPr>
          <w:rFonts w:ascii="Arial" w:hAnsi="Arial" w:cs="Arial"/>
          <w:sz w:val="24"/>
          <w:szCs w:val="24"/>
        </w:rPr>
        <w:t>carer</w:t>
      </w:r>
      <w:proofErr w:type="spellEnd"/>
      <w:r w:rsidRPr="00D35471">
        <w:rPr>
          <w:rFonts w:ascii="Arial" w:hAnsi="Arial" w:cs="Arial"/>
          <w:sz w:val="24"/>
          <w:szCs w:val="24"/>
        </w:rPr>
        <w:t>.</w:t>
      </w:r>
      <w:r w:rsidRPr="00D35471">
        <w:rPr>
          <w:rFonts w:ascii="Arial" w:hAnsi="Arial" w:cs="Arial"/>
          <w:sz w:val="24"/>
          <w:szCs w:val="24"/>
        </w:rPr>
        <w:br/>
      </w:r>
      <w:r w:rsidRPr="00D35471">
        <w:rPr>
          <w:rFonts w:ascii="Arial" w:hAnsi="Arial" w:cs="Arial"/>
          <w:sz w:val="24"/>
          <w:szCs w:val="24"/>
        </w:rPr>
        <w:br/>
      </w:r>
      <w:r w:rsidRPr="00A72B1C">
        <w:rPr>
          <w:rFonts w:ascii="Arial" w:hAnsi="Arial" w:cs="Arial"/>
          <w:b/>
          <w:bCs/>
          <w:sz w:val="24"/>
          <w:szCs w:val="24"/>
        </w:rPr>
        <w:t>Relevant SNOMED CT codes:</w:t>
      </w:r>
    </w:p>
    <w:p w14:paraId="35212A61" w14:textId="77777777" w:rsidR="00A72B1C" w:rsidRPr="00A72B1C" w:rsidRDefault="00A72B1C" w:rsidP="00015213">
      <w:pPr>
        <w:spacing w:after="0" w:line="240" w:lineRule="auto"/>
        <w:rPr>
          <w:rFonts w:ascii="Arial" w:hAnsi="Arial" w:cs="Arial"/>
          <w:b/>
          <w:bCs/>
          <w:sz w:val="24"/>
          <w:szCs w:val="24"/>
        </w:rPr>
      </w:pPr>
    </w:p>
    <w:p w14:paraId="614987C3" w14:textId="6058A7E6" w:rsidR="00A72B1C" w:rsidRPr="00A72B1C" w:rsidRDefault="00C51CEA" w:rsidP="00A72B1C">
      <w:pPr>
        <w:pStyle w:val="ListParagraph"/>
        <w:numPr>
          <w:ilvl w:val="0"/>
          <w:numId w:val="13"/>
        </w:numPr>
        <w:spacing w:after="0" w:line="240" w:lineRule="auto"/>
        <w:ind w:left="1560" w:hanging="567"/>
        <w:rPr>
          <w:rFonts w:ascii="Arial" w:hAnsi="Arial" w:cs="Arial"/>
          <w:b/>
          <w:bCs/>
          <w:sz w:val="24"/>
          <w:szCs w:val="24"/>
        </w:rPr>
      </w:pPr>
      <w:r w:rsidRPr="00A72B1C">
        <w:rPr>
          <w:rFonts w:ascii="Arial" w:hAnsi="Arial" w:cs="Arial"/>
          <w:b/>
          <w:bCs/>
          <w:sz w:val="24"/>
          <w:szCs w:val="24"/>
        </w:rPr>
        <w:t>224484003 – Patient themselves providing care</w:t>
      </w:r>
    </w:p>
    <w:p w14:paraId="1C39911E" w14:textId="0D53BBCF" w:rsidR="00A72B1C" w:rsidRPr="00A72B1C" w:rsidRDefault="00C51CEA" w:rsidP="00A72B1C">
      <w:pPr>
        <w:pStyle w:val="ListParagraph"/>
        <w:numPr>
          <w:ilvl w:val="0"/>
          <w:numId w:val="13"/>
        </w:numPr>
        <w:spacing w:after="0" w:line="240" w:lineRule="auto"/>
        <w:ind w:left="1560" w:hanging="567"/>
        <w:rPr>
          <w:rFonts w:ascii="Arial" w:hAnsi="Arial" w:cs="Arial"/>
          <w:b/>
          <w:bCs/>
          <w:sz w:val="24"/>
          <w:szCs w:val="24"/>
        </w:rPr>
      </w:pPr>
      <w:r w:rsidRPr="00A72B1C">
        <w:rPr>
          <w:rFonts w:ascii="Arial" w:hAnsi="Arial" w:cs="Arial"/>
          <w:b/>
          <w:bCs/>
          <w:sz w:val="24"/>
          <w:szCs w:val="24"/>
        </w:rPr>
        <w:t>1366321000000106 – Has Carer Contingency/Emergency Plan</w:t>
      </w:r>
    </w:p>
    <w:p w14:paraId="561666B5" w14:textId="53F05878" w:rsidR="00A72B1C" w:rsidRPr="00A72B1C" w:rsidRDefault="00C51CEA" w:rsidP="00A72B1C">
      <w:pPr>
        <w:pStyle w:val="ListParagraph"/>
        <w:numPr>
          <w:ilvl w:val="0"/>
          <w:numId w:val="13"/>
        </w:numPr>
        <w:spacing w:after="0" w:line="240" w:lineRule="auto"/>
        <w:ind w:left="1560" w:hanging="567"/>
        <w:rPr>
          <w:rFonts w:ascii="Arial" w:hAnsi="Arial" w:cs="Arial"/>
          <w:sz w:val="24"/>
          <w:szCs w:val="24"/>
        </w:rPr>
      </w:pPr>
      <w:r w:rsidRPr="00A72B1C">
        <w:rPr>
          <w:rFonts w:ascii="Arial" w:hAnsi="Arial" w:cs="Arial"/>
          <w:b/>
          <w:bCs/>
          <w:sz w:val="24"/>
          <w:szCs w:val="24"/>
        </w:rPr>
        <w:t>184156005 – Has a Carer</w:t>
      </w:r>
    </w:p>
    <w:p w14:paraId="0CF1A697" w14:textId="77777777" w:rsidR="00A72B1C" w:rsidRPr="00A72B1C" w:rsidRDefault="00A72B1C" w:rsidP="00A72B1C">
      <w:pPr>
        <w:pStyle w:val="ListParagraph"/>
        <w:spacing w:after="0" w:line="240" w:lineRule="auto"/>
        <w:ind w:left="426"/>
        <w:rPr>
          <w:rFonts w:ascii="Arial" w:hAnsi="Arial" w:cs="Arial"/>
          <w:sz w:val="24"/>
          <w:szCs w:val="24"/>
        </w:rPr>
      </w:pPr>
    </w:p>
    <w:p w14:paraId="22CDE088" w14:textId="524F46D7" w:rsidR="00A72B1C" w:rsidRPr="00A72B1C" w:rsidRDefault="00C51CEA" w:rsidP="00A72B1C">
      <w:pPr>
        <w:spacing w:after="0" w:line="240" w:lineRule="auto"/>
        <w:rPr>
          <w:rFonts w:ascii="Arial" w:hAnsi="Arial" w:cs="Arial"/>
          <w:sz w:val="24"/>
          <w:szCs w:val="24"/>
        </w:rPr>
      </w:pPr>
      <w:r w:rsidRPr="00A72B1C">
        <w:rPr>
          <w:rFonts w:ascii="Arial" w:hAnsi="Arial" w:cs="Arial"/>
          <w:sz w:val="24"/>
          <w:szCs w:val="24"/>
        </w:rPr>
        <w:t>Recording this information will help ensure that my health needs are supported and that appropriate arrangements are considered if I am unable to provide care.</w:t>
      </w:r>
      <w:r w:rsidRPr="00A72B1C">
        <w:rPr>
          <w:rFonts w:ascii="Arial" w:hAnsi="Arial" w:cs="Arial"/>
          <w:sz w:val="24"/>
          <w:szCs w:val="24"/>
        </w:rPr>
        <w:br/>
      </w:r>
    </w:p>
    <w:p w14:paraId="24A7415F" w14:textId="4F2B7C60" w:rsidR="00206EBE" w:rsidRPr="00A72B1C" w:rsidRDefault="00C51CEA" w:rsidP="00A72B1C">
      <w:pPr>
        <w:spacing w:after="0" w:line="240" w:lineRule="auto"/>
        <w:rPr>
          <w:rFonts w:ascii="Arial" w:hAnsi="Arial" w:cs="Arial"/>
          <w:sz w:val="24"/>
          <w:szCs w:val="24"/>
        </w:rPr>
      </w:pPr>
      <w:r w:rsidRPr="00A72B1C">
        <w:rPr>
          <w:rFonts w:ascii="Arial" w:hAnsi="Arial" w:cs="Arial"/>
          <w:sz w:val="24"/>
          <w:szCs w:val="24"/>
        </w:rPr>
        <w:t>I confirm that I have a Carer Contingency Plan in place</w:t>
      </w:r>
      <w:r w:rsidR="00F8685A" w:rsidRPr="00A72B1C">
        <w:rPr>
          <w:rFonts w:ascii="Arial" w:hAnsi="Arial" w:cs="Arial"/>
          <w:sz w:val="24"/>
          <w:szCs w:val="24"/>
        </w:rPr>
        <w:t xml:space="preserve"> and the e</w:t>
      </w:r>
      <w:r w:rsidRPr="00A72B1C">
        <w:rPr>
          <w:rFonts w:ascii="Arial" w:hAnsi="Arial" w:cs="Arial"/>
          <w:sz w:val="24"/>
          <w:szCs w:val="24"/>
        </w:rPr>
        <w:t>mergency contact</w:t>
      </w:r>
      <w:r w:rsidR="00D35471" w:rsidRPr="00A72B1C">
        <w:rPr>
          <w:rFonts w:ascii="Arial" w:hAnsi="Arial" w:cs="Arial"/>
          <w:sz w:val="24"/>
          <w:szCs w:val="24"/>
        </w:rPr>
        <w:t xml:space="preserve"> will provide cover </w:t>
      </w:r>
    </w:p>
    <w:p w14:paraId="3A537791" w14:textId="77777777" w:rsidR="00206EBE" w:rsidRPr="00206EBE" w:rsidRDefault="00206EBE" w:rsidP="00015213">
      <w:pPr>
        <w:spacing w:after="0" w:line="240" w:lineRule="auto"/>
        <w:rPr>
          <w:rFonts w:ascii="Arial" w:hAnsi="Arial" w:cs="Arial"/>
          <w:sz w:val="12"/>
          <w:szCs w:val="12"/>
        </w:rPr>
      </w:pPr>
    </w:p>
    <w:p w14:paraId="40A94037" w14:textId="3F83B214" w:rsidR="00015213" w:rsidRDefault="00D35471" w:rsidP="00015213">
      <w:pPr>
        <w:spacing w:after="0" w:line="240" w:lineRule="auto"/>
        <w:rPr>
          <w:rFonts w:ascii="Arial" w:hAnsi="Arial" w:cs="Arial"/>
          <w:sz w:val="24"/>
          <w:szCs w:val="24"/>
        </w:rPr>
      </w:pPr>
      <w:proofErr w:type="gramStart"/>
      <w:r w:rsidRPr="00D35471">
        <w:rPr>
          <w:rFonts w:ascii="Arial" w:hAnsi="Arial" w:cs="Arial"/>
          <w:sz w:val="24"/>
          <w:szCs w:val="24"/>
        </w:rPr>
        <w:t>if</w:t>
      </w:r>
      <w:proofErr w:type="gramEnd"/>
      <w:r w:rsidRPr="00D35471">
        <w:rPr>
          <w:rFonts w:ascii="Arial" w:hAnsi="Arial" w:cs="Arial"/>
          <w:sz w:val="24"/>
          <w:szCs w:val="24"/>
        </w:rPr>
        <w:t xml:space="preserve"> needed</w:t>
      </w:r>
      <w:r w:rsidR="009F21FE">
        <w:rPr>
          <w:rFonts w:ascii="Arial" w:hAnsi="Arial" w:cs="Arial"/>
          <w:sz w:val="24"/>
          <w:szCs w:val="24"/>
        </w:rPr>
        <w:t xml:space="preserve"> is </w:t>
      </w:r>
      <w:r w:rsidR="00C51CEA" w:rsidRPr="00363877">
        <w:rPr>
          <w:rFonts w:ascii="Arial" w:hAnsi="Arial" w:cs="Arial"/>
          <w:color w:val="FF0000"/>
          <w:sz w:val="24"/>
          <w:szCs w:val="24"/>
        </w:rPr>
        <w:t>Name: ___________________________</w:t>
      </w:r>
      <w:r w:rsidR="00514F60" w:rsidRPr="00363877">
        <w:rPr>
          <w:rFonts w:ascii="Arial" w:hAnsi="Arial" w:cs="Arial"/>
          <w:color w:val="FF0000"/>
          <w:sz w:val="24"/>
          <w:szCs w:val="24"/>
        </w:rPr>
        <w:t xml:space="preserve"> </w:t>
      </w:r>
      <w:r w:rsidR="00C51CEA" w:rsidRPr="00363877">
        <w:rPr>
          <w:rFonts w:ascii="Arial" w:hAnsi="Arial" w:cs="Arial"/>
          <w:color w:val="FF0000"/>
          <w:sz w:val="24"/>
          <w:szCs w:val="24"/>
        </w:rPr>
        <w:t>Phone number: ________________________</w:t>
      </w:r>
      <w:r w:rsidR="009F21FE" w:rsidRPr="00363877">
        <w:rPr>
          <w:rFonts w:ascii="Arial" w:hAnsi="Arial" w:cs="Arial"/>
          <w:color w:val="FF0000"/>
          <w:sz w:val="24"/>
          <w:szCs w:val="24"/>
        </w:rPr>
        <w:t>.</w:t>
      </w:r>
      <w:r w:rsidR="00C51CEA" w:rsidRPr="00363877">
        <w:rPr>
          <w:rFonts w:ascii="Arial" w:hAnsi="Arial" w:cs="Arial"/>
          <w:color w:val="FF0000"/>
          <w:sz w:val="24"/>
          <w:szCs w:val="24"/>
        </w:rPr>
        <w:br/>
      </w:r>
      <w:r w:rsidR="00C51CEA" w:rsidRPr="00363877">
        <w:rPr>
          <w:rFonts w:ascii="Arial" w:hAnsi="Arial" w:cs="Arial"/>
          <w:color w:val="FF0000"/>
          <w:sz w:val="24"/>
          <w:szCs w:val="24"/>
        </w:rPr>
        <w:br/>
      </w:r>
      <w:r w:rsidR="00C51CEA" w:rsidRPr="00D35471">
        <w:rPr>
          <w:rFonts w:ascii="Arial" w:hAnsi="Arial" w:cs="Arial"/>
          <w:sz w:val="24"/>
          <w:szCs w:val="24"/>
        </w:rPr>
        <w:t>Please tick where applicable:</w:t>
      </w:r>
    </w:p>
    <w:p w14:paraId="551A91C8" w14:textId="77777777" w:rsidR="00015213" w:rsidRDefault="00C51CEA" w:rsidP="00015213">
      <w:pPr>
        <w:spacing w:after="0" w:line="240" w:lineRule="auto"/>
        <w:ind w:left="720"/>
        <w:rPr>
          <w:rFonts w:ascii="Arial" w:hAnsi="Arial" w:cs="Arial"/>
          <w:sz w:val="24"/>
          <w:szCs w:val="24"/>
        </w:rPr>
      </w:pPr>
      <w:r w:rsidRPr="007831AE">
        <w:rPr>
          <w:rFonts w:ascii="Segoe UI Symbol" w:hAnsi="Segoe UI Symbol" w:cs="Segoe UI Symbol"/>
          <w:color w:val="FF0000"/>
          <w:sz w:val="24"/>
          <w:szCs w:val="24"/>
        </w:rPr>
        <w:t>☐</w:t>
      </w:r>
      <w:r w:rsidRPr="00D35471">
        <w:rPr>
          <w:rFonts w:ascii="Arial" w:hAnsi="Arial" w:cs="Arial"/>
          <w:sz w:val="24"/>
          <w:szCs w:val="24"/>
        </w:rPr>
        <w:t xml:space="preserve"> I am the main carer for a person who would be at risk if I became unwell</w:t>
      </w:r>
      <w:r w:rsidRPr="00D35471">
        <w:rPr>
          <w:rFonts w:ascii="Arial" w:hAnsi="Arial" w:cs="Arial"/>
          <w:sz w:val="24"/>
          <w:szCs w:val="24"/>
        </w:rPr>
        <w:br/>
      </w:r>
      <w:r w:rsidRPr="007831AE">
        <w:rPr>
          <w:rFonts w:ascii="Segoe UI Symbol" w:hAnsi="Segoe UI Symbol" w:cs="Segoe UI Symbol"/>
          <w:color w:val="FF0000"/>
          <w:sz w:val="24"/>
          <w:szCs w:val="24"/>
        </w:rPr>
        <w:t>☐</w:t>
      </w:r>
      <w:r w:rsidRPr="00D35471">
        <w:rPr>
          <w:rFonts w:ascii="Arial" w:hAnsi="Arial" w:cs="Arial"/>
          <w:sz w:val="24"/>
          <w:szCs w:val="24"/>
        </w:rPr>
        <w:t xml:space="preserve"> I consent to being contacted by the GP practice about my caring role</w:t>
      </w:r>
      <w:r w:rsidRPr="00D35471">
        <w:rPr>
          <w:rFonts w:ascii="Arial" w:hAnsi="Arial" w:cs="Arial"/>
          <w:sz w:val="24"/>
          <w:szCs w:val="24"/>
        </w:rPr>
        <w:br/>
      </w:r>
      <w:r w:rsidRPr="00363877">
        <w:rPr>
          <w:rFonts w:ascii="Segoe UI Symbol" w:hAnsi="Segoe UI Symbol" w:cs="Segoe UI Symbol"/>
          <w:color w:val="FF0000"/>
          <w:sz w:val="24"/>
          <w:szCs w:val="24"/>
        </w:rPr>
        <w:t>☐</w:t>
      </w:r>
      <w:r w:rsidRPr="00D35471">
        <w:rPr>
          <w:rFonts w:ascii="Arial" w:hAnsi="Arial" w:cs="Arial"/>
          <w:sz w:val="24"/>
          <w:szCs w:val="24"/>
        </w:rPr>
        <w:t xml:space="preserve"> I have shared my Carer Contingency Plan</w:t>
      </w:r>
      <w:r w:rsidRPr="00D35471">
        <w:rPr>
          <w:rFonts w:ascii="Arial" w:hAnsi="Arial" w:cs="Arial"/>
          <w:sz w:val="24"/>
          <w:szCs w:val="24"/>
        </w:rPr>
        <w:br/>
      </w:r>
    </w:p>
    <w:p w14:paraId="79F9D852" w14:textId="32480EE8" w:rsidR="00C51CEA" w:rsidRPr="00C51CEA" w:rsidRDefault="00C51CEA" w:rsidP="00D35471">
      <w:pPr>
        <w:rPr>
          <w:rFonts w:ascii="Arial" w:hAnsi="Arial" w:cs="Arial"/>
          <w:b/>
          <w:bCs/>
          <w:sz w:val="24"/>
          <w:szCs w:val="24"/>
        </w:rPr>
      </w:pPr>
      <w:r w:rsidRPr="00D35471">
        <w:rPr>
          <w:rFonts w:ascii="Arial" w:hAnsi="Arial" w:cs="Arial"/>
          <w:b/>
          <w:bCs/>
          <w:sz w:val="24"/>
          <w:szCs w:val="24"/>
        </w:rPr>
        <w:t>Details for Record Update: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53"/>
        <w:gridCol w:w="4252"/>
      </w:tblGrid>
      <w:tr w:rsidR="0075381E" w:rsidRPr="00D35471" w14:paraId="064A4F4D" w14:textId="77777777" w:rsidTr="00206EBE">
        <w:tc>
          <w:tcPr>
            <w:tcW w:w="1951" w:type="dxa"/>
            <w:tcBorders>
              <w:top w:val="nil"/>
              <w:left w:val="nil"/>
            </w:tcBorders>
          </w:tcPr>
          <w:p w14:paraId="750392C9" w14:textId="77777777" w:rsidR="0075381E" w:rsidRPr="00D35471" w:rsidRDefault="0075381E" w:rsidP="00D35471">
            <w:pPr>
              <w:rPr>
                <w:rFonts w:ascii="Arial" w:hAnsi="Arial" w:cs="Arial"/>
                <w:sz w:val="24"/>
                <w:szCs w:val="24"/>
              </w:rPr>
            </w:pPr>
          </w:p>
        </w:tc>
        <w:tc>
          <w:tcPr>
            <w:tcW w:w="4253" w:type="dxa"/>
            <w:shd w:val="clear" w:color="auto" w:fill="F2F2F2" w:themeFill="background1" w:themeFillShade="F2"/>
            <w:vAlign w:val="center"/>
          </w:tcPr>
          <w:p w14:paraId="25230DF3" w14:textId="77777777" w:rsidR="0075381E" w:rsidRPr="007831AE" w:rsidRDefault="00C51CEA" w:rsidP="007831AE">
            <w:pPr>
              <w:jc w:val="center"/>
              <w:rPr>
                <w:rFonts w:ascii="Arial" w:hAnsi="Arial" w:cs="Arial"/>
                <w:b/>
                <w:bCs/>
                <w:color w:val="FF0000"/>
                <w:sz w:val="24"/>
                <w:szCs w:val="24"/>
              </w:rPr>
            </w:pPr>
            <w:r w:rsidRPr="007831AE">
              <w:rPr>
                <w:rFonts w:ascii="Arial" w:hAnsi="Arial" w:cs="Arial"/>
                <w:b/>
                <w:bCs/>
                <w:color w:val="FF0000"/>
                <w:sz w:val="24"/>
                <w:szCs w:val="24"/>
              </w:rPr>
              <w:t>My Details</w:t>
            </w:r>
          </w:p>
        </w:tc>
        <w:tc>
          <w:tcPr>
            <w:tcW w:w="4252" w:type="dxa"/>
            <w:shd w:val="clear" w:color="auto" w:fill="F2F2F2" w:themeFill="background1" w:themeFillShade="F2"/>
            <w:vAlign w:val="center"/>
          </w:tcPr>
          <w:p w14:paraId="4CDAF087" w14:textId="77777777" w:rsidR="0075381E" w:rsidRPr="007831AE" w:rsidRDefault="00C51CEA" w:rsidP="007831AE">
            <w:pPr>
              <w:jc w:val="center"/>
              <w:rPr>
                <w:rFonts w:ascii="Arial" w:hAnsi="Arial" w:cs="Arial"/>
                <w:b/>
                <w:bCs/>
                <w:color w:val="FF0000"/>
                <w:sz w:val="24"/>
                <w:szCs w:val="24"/>
              </w:rPr>
            </w:pPr>
            <w:proofErr w:type="gramStart"/>
            <w:r w:rsidRPr="007831AE">
              <w:rPr>
                <w:rFonts w:ascii="Arial" w:hAnsi="Arial" w:cs="Arial"/>
                <w:b/>
                <w:bCs/>
                <w:color w:val="FF0000"/>
                <w:sz w:val="24"/>
                <w:szCs w:val="24"/>
              </w:rPr>
              <w:t>Person</w:t>
            </w:r>
            <w:proofErr w:type="gramEnd"/>
            <w:r w:rsidRPr="007831AE">
              <w:rPr>
                <w:rFonts w:ascii="Arial" w:hAnsi="Arial" w:cs="Arial"/>
                <w:b/>
                <w:bCs/>
                <w:color w:val="FF0000"/>
                <w:sz w:val="24"/>
                <w:szCs w:val="24"/>
              </w:rPr>
              <w:t xml:space="preserve"> I Care For</w:t>
            </w:r>
          </w:p>
        </w:tc>
      </w:tr>
      <w:tr w:rsidR="0075381E" w:rsidRPr="00D35471" w14:paraId="7B42697E" w14:textId="77777777" w:rsidTr="00206EBE">
        <w:tc>
          <w:tcPr>
            <w:tcW w:w="1951" w:type="dxa"/>
          </w:tcPr>
          <w:p w14:paraId="6BD0F1CB" w14:textId="77777777" w:rsidR="0075381E" w:rsidRPr="007831AE" w:rsidRDefault="00C51CEA" w:rsidP="00D35471">
            <w:pPr>
              <w:rPr>
                <w:rFonts w:ascii="Arial" w:hAnsi="Arial" w:cs="Arial"/>
                <w:color w:val="FF0000"/>
                <w:sz w:val="24"/>
                <w:szCs w:val="24"/>
              </w:rPr>
            </w:pPr>
            <w:r w:rsidRPr="007831AE">
              <w:rPr>
                <w:rFonts w:ascii="Arial" w:hAnsi="Arial" w:cs="Arial"/>
                <w:color w:val="FF0000"/>
                <w:sz w:val="24"/>
                <w:szCs w:val="24"/>
              </w:rPr>
              <w:t>Name</w:t>
            </w:r>
          </w:p>
        </w:tc>
        <w:tc>
          <w:tcPr>
            <w:tcW w:w="4253" w:type="dxa"/>
          </w:tcPr>
          <w:p w14:paraId="49D8FB1F" w14:textId="77777777" w:rsidR="0075381E" w:rsidRPr="00D35471" w:rsidRDefault="0075381E" w:rsidP="00D35471">
            <w:pPr>
              <w:rPr>
                <w:rFonts w:ascii="Arial" w:hAnsi="Arial" w:cs="Arial"/>
                <w:sz w:val="24"/>
                <w:szCs w:val="24"/>
              </w:rPr>
            </w:pPr>
          </w:p>
        </w:tc>
        <w:tc>
          <w:tcPr>
            <w:tcW w:w="4252" w:type="dxa"/>
          </w:tcPr>
          <w:p w14:paraId="2426B033" w14:textId="77777777" w:rsidR="0075381E" w:rsidRPr="00D35471" w:rsidRDefault="0075381E" w:rsidP="00D35471">
            <w:pPr>
              <w:rPr>
                <w:rFonts w:ascii="Arial" w:hAnsi="Arial" w:cs="Arial"/>
                <w:sz w:val="24"/>
                <w:szCs w:val="24"/>
              </w:rPr>
            </w:pPr>
          </w:p>
        </w:tc>
      </w:tr>
      <w:tr w:rsidR="0075381E" w:rsidRPr="00D35471" w14:paraId="0627F65A" w14:textId="77777777" w:rsidTr="00206EBE">
        <w:tc>
          <w:tcPr>
            <w:tcW w:w="1951" w:type="dxa"/>
          </w:tcPr>
          <w:p w14:paraId="3DD6063A" w14:textId="77777777" w:rsidR="0075381E" w:rsidRPr="007831AE" w:rsidRDefault="00C51CEA" w:rsidP="00D35471">
            <w:pPr>
              <w:rPr>
                <w:rFonts w:ascii="Arial" w:hAnsi="Arial" w:cs="Arial"/>
                <w:color w:val="FF0000"/>
                <w:sz w:val="24"/>
                <w:szCs w:val="24"/>
              </w:rPr>
            </w:pPr>
            <w:r w:rsidRPr="007831AE">
              <w:rPr>
                <w:rFonts w:ascii="Arial" w:hAnsi="Arial" w:cs="Arial"/>
                <w:color w:val="FF0000"/>
                <w:sz w:val="24"/>
                <w:szCs w:val="24"/>
              </w:rPr>
              <w:t>Address</w:t>
            </w:r>
          </w:p>
        </w:tc>
        <w:tc>
          <w:tcPr>
            <w:tcW w:w="4253" w:type="dxa"/>
          </w:tcPr>
          <w:p w14:paraId="56B9B7DC" w14:textId="77777777" w:rsidR="0075381E" w:rsidRPr="00D35471" w:rsidRDefault="0075381E" w:rsidP="00D35471">
            <w:pPr>
              <w:rPr>
                <w:rFonts w:ascii="Arial" w:hAnsi="Arial" w:cs="Arial"/>
                <w:sz w:val="24"/>
                <w:szCs w:val="24"/>
              </w:rPr>
            </w:pPr>
          </w:p>
        </w:tc>
        <w:tc>
          <w:tcPr>
            <w:tcW w:w="4252" w:type="dxa"/>
          </w:tcPr>
          <w:p w14:paraId="2DCF5621" w14:textId="77777777" w:rsidR="0075381E" w:rsidRPr="00D35471" w:rsidRDefault="0075381E" w:rsidP="00D35471">
            <w:pPr>
              <w:rPr>
                <w:rFonts w:ascii="Arial" w:hAnsi="Arial" w:cs="Arial"/>
                <w:sz w:val="24"/>
                <w:szCs w:val="24"/>
              </w:rPr>
            </w:pPr>
          </w:p>
        </w:tc>
      </w:tr>
      <w:tr w:rsidR="0075381E" w:rsidRPr="00D35471" w14:paraId="0C1DE4D7" w14:textId="77777777" w:rsidTr="00206EBE">
        <w:tc>
          <w:tcPr>
            <w:tcW w:w="1951" w:type="dxa"/>
          </w:tcPr>
          <w:p w14:paraId="46227D50" w14:textId="77777777" w:rsidR="0075381E" w:rsidRPr="007831AE" w:rsidRDefault="00C51CEA" w:rsidP="00D35471">
            <w:pPr>
              <w:rPr>
                <w:rFonts w:ascii="Arial" w:hAnsi="Arial" w:cs="Arial"/>
                <w:color w:val="FF0000"/>
                <w:sz w:val="24"/>
                <w:szCs w:val="24"/>
              </w:rPr>
            </w:pPr>
            <w:r w:rsidRPr="007831AE">
              <w:rPr>
                <w:rFonts w:ascii="Arial" w:hAnsi="Arial" w:cs="Arial"/>
                <w:color w:val="FF0000"/>
                <w:sz w:val="24"/>
                <w:szCs w:val="24"/>
              </w:rPr>
              <w:t>Date of Birth</w:t>
            </w:r>
          </w:p>
        </w:tc>
        <w:tc>
          <w:tcPr>
            <w:tcW w:w="4253" w:type="dxa"/>
          </w:tcPr>
          <w:p w14:paraId="342E3CC1" w14:textId="77777777" w:rsidR="0075381E" w:rsidRPr="00D35471" w:rsidRDefault="0075381E" w:rsidP="00D35471">
            <w:pPr>
              <w:rPr>
                <w:rFonts w:ascii="Arial" w:hAnsi="Arial" w:cs="Arial"/>
                <w:sz w:val="24"/>
                <w:szCs w:val="24"/>
              </w:rPr>
            </w:pPr>
          </w:p>
        </w:tc>
        <w:tc>
          <w:tcPr>
            <w:tcW w:w="4252" w:type="dxa"/>
          </w:tcPr>
          <w:p w14:paraId="6CDD9805" w14:textId="77777777" w:rsidR="0075381E" w:rsidRPr="00D35471" w:rsidRDefault="0075381E" w:rsidP="00D35471">
            <w:pPr>
              <w:rPr>
                <w:rFonts w:ascii="Arial" w:hAnsi="Arial" w:cs="Arial"/>
                <w:sz w:val="24"/>
                <w:szCs w:val="24"/>
              </w:rPr>
            </w:pPr>
          </w:p>
        </w:tc>
      </w:tr>
      <w:tr w:rsidR="0075381E" w:rsidRPr="00D35471" w14:paraId="71307F42" w14:textId="77777777" w:rsidTr="00206EBE">
        <w:tc>
          <w:tcPr>
            <w:tcW w:w="1951" w:type="dxa"/>
          </w:tcPr>
          <w:p w14:paraId="71E0CAAB" w14:textId="77777777" w:rsidR="0075381E" w:rsidRPr="007831AE" w:rsidRDefault="00C51CEA" w:rsidP="00D35471">
            <w:pPr>
              <w:rPr>
                <w:rFonts w:ascii="Arial" w:hAnsi="Arial" w:cs="Arial"/>
                <w:color w:val="FF0000"/>
                <w:sz w:val="24"/>
                <w:szCs w:val="24"/>
              </w:rPr>
            </w:pPr>
            <w:r w:rsidRPr="007831AE">
              <w:rPr>
                <w:rFonts w:ascii="Arial" w:hAnsi="Arial" w:cs="Arial"/>
                <w:color w:val="FF0000"/>
                <w:sz w:val="24"/>
                <w:szCs w:val="24"/>
              </w:rPr>
              <w:t>Phone Number</w:t>
            </w:r>
          </w:p>
        </w:tc>
        <w:tc>
          <w:tcPr>
            <w:tcW w:w="4253" w:type="dxa"/>
          </w:tcPr>
          <w:p w14:paraId="57CBF5A9" w14:textId="77777777" w:rsidR="0075381E" w:rsidRPr="00D35471" w:rsidRDefault="0075381E" w:rsidP="00D35471">
            <w:pPr>
              <w:rPr>
                <w:rFonts w:ascii="Arial" w:hAnsi="Arial" w:cs="Arial"/>
                <w:sz w:val="24"/>
                <w:szCs w:val="24"/>
              </w:rPr>
            </w:pPr>
          </w:p>
        </w:tc>
        <w:tc>
          <w:tcPr>
            <w:tcW w:w="4252" w:type="dxa"/>
          </w:tcPr>
          <w:p w14:paraId="469C31D4" w14:textId="77777777" w:rsidR="0075381E" w:rsidRPr="00D35471" w:rsidRDefault="0075381E" w:rsidP="00D35471">
            <w:pPr>
              <w:rPr>
                <w:rFonts w:ascii="Arial" w:hAnsi="Arial" w:cs="Arial"/>
                <w:sz w:val="24"/>
                <w:szCs w:val="24"/>
              </w:rPr>
            </w:pPr>
          </w:p>
        </w:tc>
      </w:tr>
      <w:tr w:rsidR="0075381E" w:rsidRPr="00D35471" w14:paraId="1824A7D3" w14:textId="77777777" w:rsidTr="00206EBE">
        <w:tc>
          <w:tcPr>
            <w:tcW w:w="1951" w:type="dxa"/>
          </w:tcPr>
          <w:p w14:paraId="6C8F00BC" w14:textId="77777777" w:rsidR="0075381E" w:rsidRPr="007831AE" w:rsidRDefault="00C51CEA" w:rsidP="00D35471">
            <w:pPr>
              <w:rPr>
                <w:rFonts w:ascii="Arial" w:hAnsi="Arial" w:cs="Arial"/>
                <w:color w:val="FF0000"/>
                <w:sz w:val="24"/>
                <w:szCs w:val="24"/>
              </w:rPr>
            </w:pPr>
            <w:r w:rsidRPr="007831AE">
              <w:rPr>
                <w:rFonts w:ascii="Arial" w:hAnsi="Arial" w:cs="Arial"/>
                <w:color w:val="FF0000"/>
                <w:sz w:val="24"/>
                <w:szCs w:val="24"/>
              </w:rPr>
              <w:t>GP Practice</w:t>
            </w:r>
          </w:p>
        </w:tc>
        <w:tc>
          <w:tcPr>
            <w:tcW w:w="4253" w:type="dxa"/>
          </w:tcPr>
          <w:p w14:paraId="451C0C94" w14:textId="77777777" w:rsidR="0075381E" w:rsidRPr="00D35471" w:rsidRDefault="0075381E" w:rsidP="00D35471">
            <w:pPr>
              <w:rPr>
                <w:rFonts w:ascii="Arial" w:hAnsi="Arial" w:cs="Arial"/>
                <w:sz w:val="24"/>
                <w:szCs w:val="24"/>
              </w:rPr>
            </w:pPr>
          </w:p>
        </w:tc>
        <w:tc>
          <w:tcPr>
            <w:tcW w:w="4252" w:type="dxa"/>
          </w:tcPr>
          <w:p w14:paraId="1D894D63" w14:textId="77777777" w:rsidR="0075381E" w:rsidRPr="00C51CEA" w:rsidRDefault="0075381E" w:rsidP="00C51CEA">
            <w:pPr>
              <w:spacing w:after="0" w:line="240" w:lineRule="auto"/>
              <w:jc w:val="right"/>
              <w:rPr>
                <w:rFonts w:ascii="Arial" w:hAnsi="Arial" w:cs="Arial"/>
                <w:i/>
                <w:iCs/>
                <w:sz w:val="28"/>
                <w:szCs w:val="28"/>
              </w:rPr>
            </w:pPr>
          </w:p>
          <w:p w14:paraId="601B7357" w14:textId="6AB978CD" w:rsidR="00C51CEA" w:rsidRPr="00D35471" w:rsidRDefault="00C51CEA" w:rsidP="00C51CEA">
            <w:pPr>
              <w:spacing w:after="0" w:line="240" w:lineRule="auto"/>
              <w:jc w:val="right"/>
              <w:rPr>
                <w:rFonts w:ascii="Arial" w:hAnsi="Arial" w:cs="Arial"/>
                <w:sz w:val="24"/>
                <w:szCs w:val="24"/>
              </w:rPr>
            </w:pPr>
            <w:r w:rsidRPr="00C51CEA">
              <w:rPr>
                <w:rFonts w:ascii="Arial" w:hAnsi="Arial" w:cs="Arial"/>
                <w:i/>
                <w:iCs/>
              </w:rPr>
              <w:t>Carer to give to both practices, if different</w:t>
            </w:r>
          </w:p>
        </w:tc>
      </w:tr>
      <w:tr w:rsidR="0075381E" w:rsidRPr="00D35471" w14:paraId="6619E1DA" w14:textId="77777777" w:rsidTr="00206EBE">
        <w:tc>
          <w:tcPr>
            <w:tcW w:w="1951" w:type="dxa"/>
          </w:tcPr>
          <w:p w14:paraId="4AFAB8E9" w14:textId="77777777" w:rsidR="00206EBE" w:rsidRDefault="00C51CEA" w:rsidP="00206EBE">
            <w:pPr>
              <w:spacing w:after="0" w:line="240" w:lineRule="auto"/>
              <w:rPr>
                <w:rFonts w:ascii="Arial" w:hAnsi="Arial" w:cs="Arial"/>
                <w:color w:val="FF0000"/>
                <w:sz w:val="24"/>
                <w:szCs w:val="24"/>
              </w:rPr>
            </w:pPr>
            <w:r w:rsidRPr="007831AE">
              <w:rPr>
                <w:rFonts w:ascii="Arial" w:hAnsi="Arial" w:cs="Arial"/>
                <w:color w:val="FF0000"/>
                <w:sz w:val="24"/>
                <w:szCs w:val="24"/>
              </w:rPr>
              <w:t xml:space="preserve">NHS Number </w:t>
            </w:r>
          </w:p>
          <w:p w14:paraId="51470D9D" w14:textId="2F1EC866" w:rsidR="0075381E" w:rsidRPr="007831AE" w:rsidRDefault="00C51CEA" w:rsidP="00206EBE">
            <w:pPr>
              <w:spacing w:after="0" w:line="240" w:lineRule="auto"/>
              <w:rPr>
                <w:rFonts w:ascii="Arial" w:hAnsi="Arial" w:cs="Arial"/>
                <w:color w:val="FF0000"/>
                <w:sz w:val="24"/>
                <w:szCs w:val="24"/>
              </w:rPr>
            </w:pPr>
            <w:r w:rsidRPr="007831AE">
              <w:rPr>
                <w:rFonts w:ascii="Arial" w:hAnsi="Arial" w:cs="Arial"/>
                <w:color w:val="FF0000"/>
                <w:sz w:val="24"/>
                <w:szCs w:val="24"/>
              </w:rPr>
              <w:t>(if known)</w:t>
            </w:r>
          </w:p>
        </w:tc>
        <w:tc>
          <w:tcPr>
            <w:tcW w:w="4253" w:type="dxa"/>
          </w:tcPr>
          <w:p w14:paraId="2DE21036" w14:textId="77777777" w:rsidR="0075381E" w:rsidRPr="00D35471" w:rsidRDefault="0075381E" w:rsidP="00D35471">
            <w:pPr>
              <w:rPr>
                <w:rFonts w:ascii="Arial" w:hAnsi="Arial" w:cs="Arial"/>
                <w:sz w:val="24"/>
                <w:szCs w:val="24"/>
              </w:rPr>
            </w:pPr>
          </w:p>
        </w:tc>
        <w:tc>
          <w:tcPr>
            <w:tcW w:w="4252" w:type="dxa"/>
          </w:tcPr>
          <w:p w14:paraId="5494A8BB" w14:textId="77777777" w:rsidR="0075381E" w:rsidRPr="00D35471" w:rsidRDefault="0075381E" w:rsidP="00D35471">
            <w:pPr>
              <w:rPr>
                <w:rFonts w:ascii="Arial" w:hAnsi="Arial" w:cs="Arial"/>
                <w:sz w:val="24"/>
                <w:szCs w:val="24"/>
              </w:rPr>
            </w:pPr>
          </w:p>
        </w:tc>
      </w:tr>
    </w:tbl>
    <w:p w14:paraId="47D8BB32" w14:textId="76BD61C2" w:rsidR="00A72B1C" w:rsidRDefault="00C51CEA" w:rsidP="00D35471">
      <w:pPr>
        <w:spacing w:after="0" w:line="240" w:lineRule="auto"/>
        <w:rPr>
          <w:rFonts w:ascii="Arial" w:hAnsi="Arial" w:cs="Arial"/>
          <w:sz w:val="24"/>
          <w:szCs w:val="24"/>
        </w:rPr>
      </w:pPr>
      <w:r w:rsidRPr="00D35471">
        <w:rPr>
          <w:rFonts w:ascii="Arial" w:hAnsi="Arial" w:cs="Arial"/>
          <w:sz w:val="24"/>
          <w:szCs w:val="24"/>
        </w:rPr>
        <w:br/>
        <w:t>Please update both records accordingly. I am happy to provide further information if required.</w:t>
      </w:r>
    </w:p>
    <w:p w14:paraId="5A5C5692" w14:textId="77777777" w:rsidR="00A72B1C" w:rsidRPr="00A72B1C" w:rsidRDefault="00A72B1C" w:rsidP="00A72B1C">
      <w:pPr>
        <w:spacing w:after="0" w:line="240" w:lineRule="auto"/>
        <w:rPr>
          <w:rFonts w:ascii="Arial" w:hAnsi="Arial" w:cs="Arial"/>
          <w:sz w:val="12"/>
          <w:szCs w:val="12"/>
        </w:rPr>
      </w:pPr>
      <w:r w:rsidRPr="00A72B1C">
        <w:rPr>
          <w:rFonts w:ascii="Arial" w:hAnsi="Arial" w:cs="Arial"/>
          <w:sz w:val="12"/>
          <w:szCs w:val="12"/>
        </w:rPr>
        <w:br w:type="page"/>
      </w:r>
    </w:p>
    <w:p w14:paraId="5F74191D" w14:textId="628CC8AA" w:rsidR="00A72B1C" w:rsidRPr="00AC617C" w:rsidRDefault="00A72B1C" w:rsidP="00A72B1C">
      <w:pPr>
        <w:pStyle w:val="Title"/>
        <w:spacing w:after="0"/>
        <w:rPr>
          <w:sz w:val="42"/>
          <w:szCs w:val="42"/>
          <w:lang w:val="en-GB"/>
        </w:rPr>
      </w:pPr>
      <w:r w:rsidRPr="00AC617C">
        <w:rPr>
          <w:sz w:val="42"/>
          <w:szCs w:val="42"/>
          <w:lang w:val="en-GB"/>
        </w:rPr>
        <w:lastRenderedPageBreak/>
        <w:t>REGISTERING AS A</w:t>
      </w:r>
      <w:r w:rsidR="00AC617C" w:rsidRPr="00AC617C">
        <w:rPr>
          <w:sz w:val="42"/>
          <w:szCs w:val="42"/>
          <w:lang w:val="en-GB"/>
        </w:rPr>
        <w:t>N UNPAID</w:t>
      </w:r>
      <w:r w:rsidRPr="00AC617C">
        <w:rPr>
          <w:sz w:val="42"/>
          <w:szCs w:val="42"/>
          <w:lang w:val="en-GB"/>
        </w:rPr>
        <w:t xml:space="preserve"> CARER AT YOUR GP PRACTICE</w:t>
      </w:r>
    </w:p>
    <w:p w14:paraId="03F44E92" w14:textId="77777777" w:rsidR="00A72B1C" w:rsidRPr="00A72B1C" w:rsidRDefault="00A72B1C" w:rsidP="00A72B1C">
      <w:pPr>
        <w:spacing w:after="0" w:line="240" w:lineRule="auto"/>
        <w:rPr>
          <w:rFonts w:ascii="Arial" w:eastAsia="Aptos" w:hAnsi="Arial" w:cs="Arial"/>
          <w:lang w:val="en-GB"/>
        </w:rPr>
      </w:pPr>
    </w:p>
    <w:p w14:paraId="4E76F322" w14:textId="77777777" w:rsidR="00A72B1C" w:rsidRPr="00A72B1C" w:rsidRDefault="00A72B1C" w:rsidP="00A72B1C">
      <w:pPr>
        <w:pStyle w:val="Subtitle"/>
        <w:spacing w:after="0" w:line="240" w:lineRule="auto"/>
        <w:rPr>
          <w:b/>
          <w:bCs/>
          <w:lang w:val="en-GB"/>
        </w:rPr>
      </w:pPr>
      <w:r w:rsidRPr="00A72B1C">
        <w:rPr>
          <w:b/>
          <w:bCs/>
          <w:lang w:val="en-GB"/>
        </w:rPr>
        <w:t>Why it's important to talk to your GP</w:t>
      </w:r>
    </w:p>
    <w:p w14:paraId="445A2CC1" w14:textId="77777777" w:rsidR="00A72B1C" w:rsidRPr="00A72B1C" w:rsidRDefault="00A72B1C" w:rsidP="00A72B1C">
      <w:pPr>
        <w:spacing w:after="0" w:line="240" w:lineRule="auto"/>
        <w:rPr>
          <w:rFonts w:ascii="Arial" w:eastAsia="Aptos" w:hAnsi="Arial" w:cs="Arial"/>
          <w:b/>
          <w:bCs/>
          <w:lang w:val="en-GB"/>
        </w:rPr>
      </w:pPr>
    </w:p>
    <w:p w14:paraId="5273B3F1" w14:textId="77777777" w:rsidR="00A72B1C" w:rsidRPr="00A72B1C" w:rsidRDefault="00A72B1C" w:rsidP="00A72B1C">
      <w:pPr>
        <w:spacing w:after="0" w:line="240" w:lineRule="auto"/>
        <w:jc w:val="both"/>
        <w:rPr>
          <w:rFonts w:ascii="Arial" w:eastAsia="Aptos" w:hAnsi="Arial" w:cs="Arial"/>
          <w:lang w:val="en-GB"/>
        </w:rPr>
      </w:pPr>
      <w:r w:rsidRPr="00A72B1C">
        <w:rPr>
          <w:rFonts w:ascii="Arial" w:eastAsia="Aptos" w:hAnsi="Arial" w:cs="Arial"/>
          <w:lang w:val="en-GB"/>
        </w:rPr>
        <w:t xml:space="preserve">If your GP (General Practitioner) knows that you are a </w:t>
      </w:r>
      <w:proofErr w:type="spellStart"/>
      <w:r w:rsidRPr="00A72B1C">
        <w:rPr>
          <w:rFonts w:ascii="Arial" w:eastAsia="Aptos" w:hAnsi="Arial" w:cs="Arial"/>
          <w:lang w:val="en-GB"/>
        </w:rPr>
        <w:t>carer</w:t>
      </w:r>
      <w:proofErr w:type="spellEnd"/>
      <w:r w:rsidRPr="00A72B1C">
        <w:rPr>
          <w:rFonts w:ascii="Arial" w:eastAsia="Aptos" w:hAnsi="Arial" w:cs="Arial"/>
          <w:lang w:val="en-GB"/>
        </w:rPr>
        <w:t xml:space="preserve">, they can provide you with </w:t>
      </w:r>
      <w:proofErr w:type="gramStart"/>
      <w:r w:rsidRPr="00A72B1C">
        <w:rPr>
          <w:rFonts w:ascii="Arial" w:eastAsia="Aptos" w:hAnsi="Arial" w:cs="Arial"/>
          <w:lang w:val="en-GB"/>
        </w:rPr>
        <w:t>really useful</w:t>
      </w:r>
      <w:proofErr w:type="gramEnd"/>
      <w:r w:rsidRPr="00A72B1C">
        <w:rPr>
          <w:rFonts w:ascii="Arial" w:eastAsia="Aptos" w:hAnsi="Arial" w:cs="Arial"/>
          <w:lang w:val="en-GB"/>
        </w:rPr>
        <w:t xml:space="preserve"> support, advice and information. For example, they can refer you to local support networks in your area or help you understand what you're entitled to as a </w:t>
      </w:r>
      <w:proofErr w:type="spellStart"/>
      <w:r w:rsidRPr="00A72B1C">
        <w:rPr>
          <w:rFonts w:ascii="Arial" w:eastAsia="Aptos" w:hAnsi="Arial" w:cs="Arial"/>
          <w:lang w:val="en-GB"/>
        </w:rPr>
        <w:t>carer</w:t>
      </w:r>
      <w:proofErr w:type="spellEnd"/>
      <w:r w:rsidRPr="00A72B1C">
        <w:rPr>
          <w:rFonts w:ascii="Arial" w:eastAsia="Aptos" w:hAnsi="Arial" w:cs="Arial"/>
          <w:lang w:val="en-GB"/>
        </w:rPr>
        <w:t> – such as a free flu jab.</w:t>
      </w:r>
    </w:p>
    <w:p w14:paraId="3BCAF77F" w14:textId="77777777" w:rsidR="00A72B1C" w:rsidRPr="00A72B1C" w:rsidRDefault="00A72B1C" w:rsidP="00A72B1C">
      <w:pPr>
        <w:spacing w:after="0" w:line="240" w:lineRule="auto"/>
        <w:jc w:val="both"/>
        <w:rPr>
          <w:rFonts w:ascii="Arial" w:eastAsia="Aptos" w:hAnsi="Arial" w:cs="Arial"/>
          <w:lang w:val="en-GB"/>
        </w:rPr>
      </w:pPr>
    </w:p>
    <w:p w14:paraId="74859FE5" w14:textId="181392E2" w:rsidR="00A72B1C" w:rsidRPr="00A72B1C" w:rsidRDefault="00A72B1C" w:rsidP="00A72B1C">
      <w:pPr>
        <w:spacing w:after="0" w:line="240" w:lineRule="auto"/>
        <w:jc w:val="both"/>
        <w:rPr>
          <w:rFonts w:ascii="Arial" w:eastAsia="Aptos" w:hAnsi="Arial" w:cs="Arial"/>
          <w:lang w:val="en-GB"/>
        </w:rPr>
      </w:pPr>
      <w:r w:rsidRPr="00A72B1C">
        <w:rPr>
          <w:rFonts w:ascii="Arial" w:eastAsia="Aptos" w:hAnsi="Arial" w:cs="Arial"/>
          <w:lang w:val="en-GB"/>
        </w:rPr>
        <w:t>It’s important to tell them about your caring responsibilities so that they can offer support. You may find it helpful to use the </w:t>
      </w:r>
      <w:r w:rsidR="0079478D">
        <w:rPr>
          <w:rFonts w:ascii="Arial" w:eastAsia="Aptos" w:hAnsi="Arial" w:cs="Arial"/>
          <w:lang w:val="en-GB"/>
        </w:rPr>
        <w:t xml:space="preserve">attached </w:t>
      </w:r>
      <w:r w:rsidRPr="00A72B1C">
        <w:rPr>
          <w:rFonts w:ascii="Arial" w:eastAsia="Aptos" w:hAnsi="Arial" w:cs="Arial"/>
          <w:lang w:val="en-GB"/>
        </w:rPr>
        <w:t>letter template to register your role.  Print it off, complete the areas in red and give it to your GP practice.</w:t>
      </w:r>
    </w:p>
    <w:p w14:paraId="45540F73" w14:textId="77777777" w:rsidR="00A72B1C" w:rsidRPr="00A72B1C" w:rsidRDefault="00A72B1C" w:rsidP="00A72B1C">
      <w:pPr>
        <w:spacing w:after="0" w:line="240" w:lineRule="auto"/>
        <w:jc w:val="both"/>
        <w:rPr>
          <w:rFonts w:ascii="Arial" w:eastAsia="Aptos" w:hAnsi="Arial" w:cs="Arial"/>
          <w:lang w:val="en-GB"/>
        </w:rPr>
      </w:pPr>
    </w:p>
    <w:p w14:paraId="44E180F9" w14:textId="77777777" w:rsidR="00A72B1C" w:rsidRPr="00A72B1C" w:rsidRDefault="00A72B1C" w:rsidP="00A72B1C">
      <w:pPr>
        <w:spacing w:after="0" w:line="240" w:lineRule="auto"/>
        <w:jc w:val="both"/>
        <w:rPr>
          <w:rFonts w:ascii="Arial" w:eastAsia="Aptos" w:hAnsi="Arial" w:cs="Arial"/>
          <w:lang w:val="en-GB"/>
        </w:rPr>
      </w:pPr>
    </w:p>
    <w:p w14:paraId="1A1DB444" w14:textId="4B85FBA6" w:rsidR="00A72B1C" w:rsidRPr="00AC617C" w:rsidRDefault="00A72B1C" w:rsidP="00A72B1C">
      <w:pPr>
        <w:pStyle w:val="Title"/>
        <w:spacing w:after="0"/>
        <w:rPr>
          <w:sz w:val="42"/>
          <w:szCs w:val="42"/>
          <w:lang w:val="en-GB"/>
        </w:rPr>
      </w:pPr>
      <w:r w:rsidRPr="00AC617C">
        <w:rPr>
          <w:sz w:val="42"/>
          <w:szCs w:val="42"/>
          <w:lang w:val="en-GB"/>
        </w:rPr>
        <w:t>CARERS CONTINGENCY PLAN</w:t>
      </w:r>
      <w:r w:rsidR="0079478D" w:rsidRPr="00AC617C">
        <w:rPr>
          <w:sz w:val="42"/>
          <w:szCs w:val="42"/>
          <w:lang w:val="en-GB"/>
        </w:rPr>
        <w:t>NING</w:t>
      </w:r>
    </w:p>
    <w:p w14:paraId="00994616" w14:textId="77777777" w:rsidR="00A72B1C" w:rsidRPr="00A72B1C" w:rsidRDefault="00A72B1C" w:rsidP="00A72B1C">
      <w:pPr>
        <w:spacing w:after="0" w:line="240" w:lineRule="auto"/>
        <w:jc w:val="both"/>
        <w:rPr>
          <w:rFonts w:ascii="Arial" w:eastAsia="Aptos" w:hAnsi="Arial" w:cs="Arial"/>
          <w:b/>
          <w:bCs/>
          <w:lang w:val="en-GB"/>
        </w:rPr>
      </w:pPr>
    </w:p>
    <w:p w14:paraId="13226202" w14:textId="77777777" w:rsidR="00A72B1C" w:rsidRPr="00A72B1C" w:rsidRDefault="00A72B1C" w:rsidP="00A72B1C">
      <w:pPr>
        <w:pStyle w:val="Subtitle"/>
        <w:spacing w:after="0" w:line="240" w:lineRule="auto"/>
        <w:rPr>
          <w:b/>
          <w:bCs/>
          <w:lang w:val="en-GB"/>
        </w:rPr>
      </w:pPr>
      <w:r w:rsidRPr="00A72B1C">
        <w:rPr>
          <w:b/>
          <w:bCs/>
          <w:lang w:val="en-GB"/>
        </w:rPr>
        <w:t xml:space="preserve">What </w:t>
      </w:r>
      <w:proofErr w:type="gramStart"/>
      <w:r w:rsidRPr="00A72B1C">
        <w:rPr>
          <w:b/>
          <w:bCs/>
          <w:lang w:val="en-GB"/>
        </w:rPr>
        <w:t>is</w:t>
      </w:r>
      <w:proofErr w:type="gramEnd"/>
      <w:r w:rsidRPr="00A72B1C">
        <w:rPr>
          <w:b/>
          <w:bCs/>
          <w:lang w:val="en-GB"/>
        </w:rPr>
        <w:t xml:space="preserve"> Carers Contingency Planning?</w:t>
      </w:r>
    </w:p>
    <w:p w14:paraId="29169A0E" w14:textId="77777777" w:rsidR="00A72B1C" w:rsidRPr="00A72B1C" w:rsidRDefault="00A72B1C" w:rsidP="00A72B1C">
      <w:pPr>
        <w:spacing w:after="0" w:line="240" w:lineRule="auto"/>
        <w:jc w:val="both"/>
        <w:rPr>
          <w:rFonts w:ascii="Arial" w:eastAsia="Aptos" w:hAnsi="Arial" w:cs="Arial"/>
          <w:b/>
          <w:bCs/>
          <w:lang w:val="en-GB"/>
        </w:rPr>
      </w:pPr>
    </w:p>
    <w:p w14:paraId="6320DA52" w14:textId="2C931040" w:rsidR="00A72B1C" w:rsidRPr="00A72B1C" w:rsidRDefault="00A72B1C" w:rsidP="00A72B1C">
      <w:pPr>
        <w:spacing w:after="0" w:line="240" w:lineRule="auto"/>
        <w:jc w:val="both"/>
        <w:rPr>
          <w:rFonts w:ascii="Arial" w:eastAsia="Aptos" w:hAnsi="Arial" w:cs="Arial"/>
          <w:lang w:val="en-GB"/>
        </w:rPr>
      </w:pPr>
      <w:r w:rsidRPr="00A72B1C">
        <w:rPr>
          <w:rFonts w:ascii="Arial" w:eastAsia="Aptos" w:hAnsi="Arial" w:cs="Arial"/>
          <w:lang w:val="en-GB"/>
        </w:rPr>
        <w:t xml:space="preserve">As </w:t>
      </w:r>
      <w:r w:rsidR="0079478D">
        <w:rPr>
          <w:rFonts w:ascii="Arial" w:eastAsia="Aptos" w:hAnsi="Arial" w:cs="Arial"/>
          <w:lang w:val="en-GB"/>
        </w:rPr>
        <w:t>c</w:t>
      </w:r>
      <w:r w:rsidRPr="00A72B1C">
        <w:rPr>
          <w:rFonts w:ascii="Arial" w:eastAsia="Aptos" w:hAnsi="Arial" w:cs="Arial"/>
          <w:lang w:val="en-GB"/>
        </w:rPr>
        <w:t>arers we like to think that we will always be there when needed but sometimes this is not possible. This could be for many reasons, such as:</w:t>
      </w:r>
    </w:p>
    <w:p w14:paraId="7E646C11" w14:textId="77777777" w:rsidR="00A72B1C" w:rsidRPr="00A72B1C" w:rsidRDefault="00A72B1C" w:rsidP="00A72B1C">
      <w:pPr>
        <w:spacing w:after="0" w:line="240" w:lineRule="auto"/>
        <w:jc w:val="both"/>
        <w:rPr>
          <w:rFonts w:ascii="Arial" w:eastAsia="Aptos" w:hAnsi="Arial" w:cs="Arial"/>
          <w:lang w:val="en-GB"/>
        </w:rPr>
      </w:pPr>
    </w:p>
    <w:p w14:paraId="6D92BC76" w14:textId="77777777" w:rsidR="00A72B1C" w:rsidRPr="00A72B1C" w:rsidRDefault="00A72B1C" w:rsidP="00A72B1C">
      <w:pPr>
        <w:numPr>
          <w:ilvl w:val="0"/>
          <w:numId w:val="10"/>
        </w:numPr>
        <w:spacing w:after="0" w:line="240" w:lineRule="auto"/>
        <w:jc w:val="both"/>
        <w:rPr>
          <w:rFonts w:ascii="Arial" w:eastAsia="Aptos" w:hAnsi="Arial" w:cs="Arial"/>
          <w:lang w:val="en-GB"/>
        </w:rPr>
      </w:pPr>
      <w:r w:rsidRPr="00A72B1C">
        <w:rPr>
          <w:rFonts w:ascii="Arial" w:eastAsia="Aptos" w:hAnsi="Arial" w:cs="Arial"/>
          <w:lang w:val="en-GB"/>
        </w:rPr>
        <w:t>You may suddenly become unwell or be injured and be unable to carry out your usual caring role even if you are not in hospital.</w:t>
      </w:r>
    </w:p>
    <w:p w14:paraId="3154F779" w14:textId="77777777" w:rsidR="00A72B1C" w:rsidRPr="00A72B1C" w:rsidRDefault="00A72B1C" w:rsidP="00A72B1C">
      <w:pPr>
        <w:numPr>
          <w:ilvl w:val="0"/>
          <w:numId w:val="10"/>
        </w:numPr>
        <w:spacing w:after="0" w:line="240" w:lineRule="auto"/>
        <w:jc w:val="both"/>
        <w:rPr>
          <w:rFonts w:ascii="Arial" w:eastAsia="Aptos" w:hAnsi="Arial" w:cs="Arial"/>
          <w:lang w:val="en-GB"/>
        </w:rPr>
      </w:pPr>
      <w:r w:rsidRPr="00A72B1C">
        <w:rPr>
          <w:rFonts w:ascii="Arial" w:eastAsia="Aptos" w:hAnsi="Arial" w:cs="Arial"/>
          <w:lang w:val="en-GB"/>
        </w:rPr>
        <w:t>Unplanned admission to hospital following an accident or a medical emergency</w:t>
      </w:r>
    </w:p>
    <w:p w14:paraId="23A6B97F" w14:textId="77777777" w:rsidR="00A72B1C" w:rsidRPr="00A72B1C" w:rsidRDefault="00A72B1C" w:rsidP="00A72B1C">
      <w:pPr>
        <w:numPr>
          <w:ilvl w:val="0"/>
          <w:numId w:val="10"/>
        </w:numPr>
        <w:spacing w:after="0" w:line="240" w:lineRule="auto"/>
        <w:jc w:val="both"/>
        <w:rPr>
          <w:rFonts w:ascii="Arial" w:eastAsia="Aptos" w:hAnsi="Arial" w:cs="Arial"/>
          <w:lang w:val="en-GB"/>
        </w:rPr>
      </w:pPr>
      <w:r w:rsidRPr="00A72B1C">
        <w:rPr>
          <w:rFonts w:ascii="Arial" w:eastAsia="Aptos" w:hAnsi="Arial" w:cs="Arial"/>
          <w:lang w:val="en-GB"/>
        </w:rPr>
        <w:t>You may have a domestic emergency which must be dealt with (i.e. fire, flooding)</w:t>
      </w:r>
    </w:p>
    <w:p w14:paraId="4E26FD20" w14:textId="77777777" w:rsidR="00A72B1C" w:rsidRPr="00A72B1C" w:rsidRDefault="00A72B1C" w:rsidP="00A72B1C">
      <w:pPr>
        <w:numPr>
          <w:ilvl w:val="0"/>
          <w:numId w:val="10"/>
        </w:numPr>
        <w:spacing w:after="0" w:line="240" w:lineRule="auto"/>
        <w:jc w:val="both"/>
        <w:rPr>
          <w:rFonts w:ascii="Arial" w:eastAsia="Aptos" w:hAnsi="Arial" w:cs="Arial"/>
          <w:lang w:val="en-GB"/>
        </w:rPr>
      </w:pPr>
      <w:r w:rsidRPr="00A72B1C">
        <w:rPr>
          <w:rFonts w:ascii="Arial" w:eastAsia="Aptos" w:hAnsi="Arial" w:cs="Arial"/>
          <w:lang w:val="en-GB"/>
        </w:rPr>
        <w:t>Family emergency, such as a relative or other dependent being taken ill or a death in the family</w:t>
      </w:r>
    </w:p>
    <w:p w14:paraId="48C9931C" w14:textId="77777777" w:rsidR="00A72B1C" w:rsidRPr="00A72B1C" w:rsidRDefault="00A72B1C" w:rsidP="00A72B1C">
      <w:pPr>
        <w:numPr>
          <w:ilvl w:val="0"/>
          <w:numId w:val="10"/>
        </w:numPr>
        <w:spacing w:after="0" w:line="240" w:lineRule="auto"/>
        <w:jc w:val="both"/>
        <w:rPr>
          <w:rFonts w:ascii="Arial" w:eastAsia="Aptos" w:hAnsi="Arial" w:cs="Arial"/>
          <w:lang w:val="en-GB"/>
        </w:rPr>
      </w:pPr>
      <w:r w:rsidRPr="00A72B1C">
        <w:rPr>
          <w:rFonts w:ascii="Arial" w:eastAsia="Aptos" w:hAnsi="Arial" w:cs="Arial"/>
          <w:lang w:val="en-GB"/>
        </w:rPr>
        <w:t>Risk to your employment on a particular occasion. For example, unexpected or unplanned changes to your usual work routine, such as a need to travel away from home/work base.</w:t>
      </w:r>
    </w:p>
    <w:p w14:paraId="781D74E2" w14:textId="77777777" w:rsidR="00A72B1C" w:rsidRPr="00A72B1C" w:rsidRDefault="00A72B1C" w:rsidP="00A72B1C">
      <w:pPr>
        <w:numPr>
          <w:ilvl w:val="0"/>
          <w:numId w:val="10"/>
        </w:numPr>
        <w:spacing w:after="0" w:line="240" w:lineRule="auto"/>
        <w:jc w:val="both"/>
        <w:rPr>
          <w:rFonts w:ascii="Arial" w:eastAsia="Aptos" w:hAnsi="Arial" w:cs="Arial"/>
          <w:lang w:val="en-GB"/>
        </w:rPr>
      </w:pPr>
      <w:r w:rsidRPr="00A72B1C">
        <w:rPr>
          <w:rFonts w:ascii="Arial" w:eastAsia="Aptos" w:hAnsi="Arial" w:cs="Arial"/>
          <w:lang w:val="en-GB"/>
        </w:rPr>
        <w:t>Breakdown of care arrangements</w:t>
      </w:r>
    </w:p>
    <w:p w14:paraId="1D19E888" w14:textId="77777777" w:rsidR="00A72B1C" w:rsidRPr="00A72B1C" w:rsidRDefault="00A72B1C" w:rsidP="00A72B1C">
      <w:pPr>
        <w:spacing w:after="0" w:line="240" w:lineRule="auto"/>
        <w:jc w:val="both"/>
        <w:rPr>
          <w:rFonts w:ascii="Arial" w:eastAsia="Aptos" w:hAnsi="Arial" w:cs="Arial"/>
          <w:lang w:val="en-GB"/>
        </w:rPr>
      </w:pPr>
    </w:p>
    <w:p w14:paraId="05FA6893" w14:textId="77777777" w:rsidR="00A72B1C" w:rsidRPr="00A72B1C" w:rsidRDefault="00A72B1C" w:rsidP="0079478D">
      <w:pPr>
        <w:spacing w:after="0" w:line="240" w:lineRule="auto"/>
        <w:jc w:val="both"/>
        <w:rPr>
          <w:rFonts w:ascii="Arial" w:eastAsia="Aptos" w:hAnsi="Arial" w:cs="Arial"/>
          <w:lang w:val="en-GB"/>
        </w:rPr>
      </w:pPr>
      <w:r w:rsidRPr="00A72B1C">
        <w:rPr>
          <w:rFonts w:ascii="Arial" w:eastAsia="Aptos" w:hAnsi="Arial" w:cs="Arial"/>
          <w:lang w:val="en-GB"/>
        </w:rPr>
        <w:t>A Carers Contingency Plan is there so that the person you are caring for is supported at the earliest opportunity and you have peace of mind that there is something in place.</w:t>
      </w:r>
    </w:p>
    <w:p w14:paraId="465982A7" w14:textId="77777777" w:rsidR="0079478D" w:rsidRDefault="0079478D" w:rsidP="0079478D">
      <w:pPr>
        <w:spacing w:after="0" w:line="240" w:lineRule="auto"/>
        <w:jc w:val="both"/>
        <w:rPr>
          <w:rFonts w:ascii="Arial" w:eastAsia="Aptos" w:hAnsi="Arial" w:cs="Arial"/>
          <w:lang w:val="en-GB"/>
        </w:rPr>
      </w:pPr>
    </w:p>
    <w:p w14:paraId="728A8799" w14:textId="20E32D9C" w:rsidR="00A72B1C" w:rsidRPr="0079478D" w:rsidRDefault="00A72B1C" w:rsidP="0079478D">
      <w:pPr>
        <w:pStyle w:val="Subtitle"/>
        <w:spacing w:after="0" w:line="240" w:lineRule="auto"/>
        <w:rPr>
          <w:b/>
          <w:bCs/>
          <w:lang w:val="en-GB"/>
        </w:rPr>
      </w:pPr>
      <w:r w:rsidRPr="0079478D">
        <w:rPr>
          <w:b/>
          <w:bCs/>
          <w:lang w:val="en-GB"/>
        </w:rPr>
        <w:t>Making Your Carers Contingency Plan known</w:t>
      </w:r>
    </w:p>
    <w:p w14:paraId="4780DB43" w14:textId="77777777" w:rsidR="00A72B1C" w:rsidRPr="00A72B1C" w:rsidRDefault="00A72B1C" w:rsidP="0079478D">
      <w:pPr>
        <w:spacing w:after="0" w:line="240" w:lineRule="auto"/>
        <w:jc w:val="both"/>
        <w:rPr>
          <w:rFonts w:ascii="Arial" w:eastAsia="Aptos" w:hAnsi="Arial" w:cs="Arial"/>
          <w:lang w:val="en-GB"/>
        </w:rPr>
      </w:pPr>
    </w:p>
    <w:p w14:paraId="35687BB9" w14:textId="77777777" w:rsidR="00A72B1C" w:rsidRPr="00A72B1C" w:rsidRDefault="00A72B1C" w:rsidP="0079478D">
      <w:pPr>
        <w:spacing w:after="0" w:line="240" w:lineRule="auto"/>
        <w:jc w:val="both"/>
        <w:rPr>
          <w:rFonts w:ascii="Arial" w:eastAsia="Aptos" w:hAnsi="Arial" w:cs="Arial"/>
          <w:lang w:val="en-GB"/>
        </w:rPr>
      </w:pPr>
      <w:r w:rsidRPr="00A72B1C">
        <w:rPr>
          <w:rFonts w:ascii="Arial" w:eastAsia="Aptos" w:hAnsi="Arial" w:cs="Arial"/>
          <w:lang w:val="en-GB"/>
        </w:rPr>
        <w:t xml:space="preserve">Of course, having a plan is one thing, other people knowing about it is another. If you have family or friends that can </w:t>
      </w:r>
      <w:proofErr w:type="gramStart"/>
      <w:r w:rsidRPr="00A72B1C">
        <w:rPr>
          <w:rFonts w:ascii="Arial" w:eastAsia="Aptos" w:hAnsi="Arial" w:cs="Arial"/>
          <w:lang w:val="en-GB"/>
        </w:rPr>
        <w:t>help out</w:t>
      </w:r>
      <w:proofErr w:type="gramEnd"/>
      <w:r w:rsidRPr="00A72B1C">
        <w:rPr>
          <w:rFonts w:ascii="Arial" w:eastAsia="Aptos" w:hAnsi="Arial" w:cs="Arial"/>
          <w:lang w:val="en-GB"/>
        </w:rPr>
        <w:t xml:space="preserve"> it’s important to include their contact details on the plan and </w:t>
      </w:r>
      <w:proofErr w:type="gramStart"/>
      <w:r w:rsidRPr="00A72B1C">
        <w:rPr>
          <w:rFonts w:ascii="Arial" w:eastAsia="Aptos" w:hAnsi="Arial" w:cs="Arial"/>
          <w:lang w:val="en-GB"/>
        </w:rPr>
        <w:t>check</w:t>
      </w:r>
      <w:proofErr w:type="gramEnd"/>
      <w:r w:rsidRPr="00A72B1C">
        <w:rPr>
          <w:rFonts w:ascii="Arial" w:eastAsia="Aptos" w:hAnsi="Arial" w:cs="Arial"/>
          <w:lang w:val="en-GB"/>
        </w:rPr>
        <w:t xml:space="preserve"> they are happy to be contacted in an emergency. It is important they confirm that they understand that they may be called and agree to their information to be shared with other professionals, this would usually be on a </w:t>
      </w:r>
      <w:proofErr w:type="gramStart"/>
      <w:r w:rsidRPr="00A72B1C">
        <w:rPr>
          <w:rFonts w:ascii="Arial" w:eastAsia="Aptos" w:hAnsi="Arial" w:cs="Arial"/>
          <w:lang w:val="en-GB"/>
        </w:rPr>
        <w:t>need to know</w:t>
      </w:r>
      <w:proofErr w:type="gramEnd"/>
      <w:r w:rsidRPr="00A72B1C">
        <w:rPr>
          <w:rFonts w:ascii="Arial" w:eastAsia="Aptos" w:hAnsi="Arial" w:cs="Arial"/>
          <w:lang w:val="en-GB"/>
        </w:rPr>
        <w:t xml:space="preserve"> basis only.</w:t>
      </w:r>
    </w:p>
    <w:p w14:paraId="045F2EA5" w14:textId="77777777" w:rsidR="00A72B1C" w:rsidRPr="00A72B1C" w:rsidRDefault="00A72B1C" w:rsidP="00A72B1C">
      <w:pPr>
        <w:spacing w:after="0" w:line="240" w:lineRule="auto"/>
        <w:jc w:val="both"/>
        <w:rPr>
          <w:rFonts w:ascii="Arial" w:eastAsia="Aptos" w:hAnsi="Arial" w:cs="Arial"/>
          <w:lang w:val="en-GB"/>
        </w:rPr>
      </w:pPr>
    </w:p>
    <w:p w14:paraId="528D1987" w14:textId="77777777" w:rsidR="00A72B1C" w:rsidRPr="00A72B1C" w:rsidRDefault="00A72B1C" w:rsidP="00A72B1C">
      <w:pPr>
        <w:pStyle w:val="Subtitle"/>
        <w:spacing w:after="0" w:line="240" w:lineRule="auto"/>
        <w:rPr>
          <w:b/>
          <w:bCs/>
          <w:lang w:val="en-GB"/>
        </w:rPr>
      </w:pPr>
      <w:r w:rsidRPr="00A72B1C">
        <w:rPr>
          <w:b/>
          <w:bCs/>
          <w:lang w:val="en-GB"/>
        </w:rPr>
        <w:t>Top Tips</w:t>
      </w:r>
    </w:p>
    <w:p w14:paraId="0A19229E" w14:textId="77777777" w:rsidR="00A72B1C" w:rsidRPr="00A72B1C" w:rsidRDefault="00A72B1C" w:rsidP="00A72B1C">
      <w:pPr>
        <w:spacing w:after="0" w:line="240" w:lineRule="auto"/>
        <w:jc w:val="both"/>
        <w:rPr>
          <w:rFonts w:ascii="Arial" w:eastAsia="Aptos" w:hAnsi="Arial" w:cs="Arial"/>
          <w:b/>
          <w:bCs/>
          <w:lang w:val="en-GB"/>
        </w:rPr>
      </w:pPr>
    </w:p>
    <w:p w14:paraId="4C99B388" w14:textId="16DB8219" w:rsidR="00AC617C" w:rsidRPr="00A72B1C" w:rsidRDefault="00A72B1C" w:rsidP="00AC617C">
      <w:pPr>
        <w:numPr>
          <w:ilvl w:val="0"/>
          <w:numId w:val="11"/>
        </w:numPr>
        <w:spacing w:after="0" w:line="240" w:lineRule="auto"/>
        <w:jc w:val="both"/>
        <w:rPr>
          <w:rFonts w:ascii="Arial" w:eastAsia="Aptos" w:hAnsi="Arial" w:cs="Arial"/>
          <w:lang w:val="en-GB"/>
        </w:rPr>
      </w:pPr>
      <w:r w:rsidRPr="00A72B1C">
        <w:rPr>
          <w:rFonts w:ascii="Arial" w:eastAsia="Aptos" w:hAnsi="Arial" w:cs="Arial"/>
          <w:lang w:val="en-GB"/>
        </w:rPr>
        <w:t>Complete th</w:t>
      </w:r>
      <w:r w:rsidR="0079478D">
        <w:rPr>
          <w:rFonts w:ascii="Arial" w:eastAsia="Aptos" w:hAnsi="Arial" w:cs="Arial"/>
          <w:lang w:val="en-GB"/>
        </w:rPr>
        <w:t>e</w:t>
      </w:r>
      <w:r w:rsidRPr="00A72B1C">
        <w:rPr>
          <w:rFonts w:ascii="Arial" w:eastAsia="Aptos" w:hAnsi="Arial" w:cs="Arial"/>
          <w:lang w:val="en-GB"/>
        </w:rPr>
        <w:t xml:space="preserve"> Carers Contingency Planning Form</w:t>
      </w:r>
      <w:r w:rsidR="00AC617C">
        <w:rPr>
          <w:rFonts w:ascii="Arial" w:eastAsia="Aptos" w:hAnsi="Arial" w:cs="Arial"/>
          <w:lang w:val="en-GB"/>
        </w:rPr>
        <w:t xml:space="preserve"> (26 pages).  Access this by typing the link address below into your internet browser.  G</w:t>
      </w:r>
      <w:r w:rsidR="00AC617C" w:rsidRPr="00A72B1C">
        <w:rPr>
          <w:rFonts w:ascii="Arial" w:eastAsia="Aptos" w:hAnsi="Arial" w:cs="Arial"/>
          <w:lang w:val="en-GB"/>
        </w:rPr>
        <w:t>ive a copy to a trusted person, this could be someone you have identified as an emergency contact</w:t>
      </w:r>
    </w:p>
    <w:p w14:paraId="387229ED" w14:textId="77777777" w:rsidR="00A72B1C" w:rsidRPr="00A72B1C" w:rsidRDefault="00A72B1C" w:rsidP="00A72B1C">
      <w:pPr>
        <w:numPr>
          <w:ilvl w:val="0"/>
          <w:numId w:val="11"/>
        </w:numPr>
        <w:spacing w:after="0" w:line="240" w:lineRule="auto"/>
        <w:jc w:val="both"/>
        <w:rPr>
          <w:rFonts w:ascii="Arial" w:eastAsia="Aptos" w:hAnsi="Arial" w:cs="Arial"/>
          <w:lang w:val="en-GB"/>
        </w:rPr>
      </w:pPr>
      <w:r w:rsidRPr="00A72B1C">
        <w:rPr>
          <w:rFonts w:ascii="Arial" w:eastAsia="Aptos" w:hAnsi="Arial" w:cs="Arial"/>
          <w:lang w:val="en-GB"/>
        </w:rPr>
        <w:t xml:space="preserve">Carry an emergency card in your purse or wallet stating that you are a carer (with the document below) </w:t>
      </w:r>
    </w:p>
    <w:p w14:paraId="5907DEE0" w14:textId="7C0F70D3" w:rsidR="00A72B1C" w:rsidRPr="00A72B1C" w:rsidRDefault="00A72B1C" w:rsidP="00AC617C">
      <w:pPr>
        <w:numPr>
          <w:ilvl w:val="0"/>
          <w:numId w:val="11"/>
        </w:numPr>
        <w:spacing w:after="0" w:line="240" w:lineRule="auto"/>
        <w:jc w:val="both"/>
        <w:rPr>
          <w:rFonts w:ascii="Arial" w:eastAsia="Aptos" w:hAnsi="Arial" w:cs="Arial"/>
          <w:lang w:val="en-GB"/>
        </w:rPr>
      </w:pPr>
      <w:r w:rsidRPr="00A72B1C">
        <w:rPr>
          <w:rFonts w:ascii="Arial" w:eastAsia="Aptos" w:hAnsi="Arial" w:cs="Arial"/>
          <w:lang w:val="en-GB"/>
        </w:rPr>
        <w:t xml:space="preserve">Inform your GP that you are a </w:t>
      </w:r>
      <w:proofErr w:type="spellStart"/>
      <w:r w:rsidRPr="00A72B1C">
        <w:rPr>
          <w:rFonts w:ascii="Arial" w:eastAsia="Aptos" w:hAnsi="Arial" w:cs="Arial"/>
          <w:lang w:val="en-GB"/>
        </w:rPr>
        <w:t>carer</w:t>
      </w:r>
      <w:proofErr w:type="spellEnd"/>
      <w:r w:rsidRPr="00A72B1C">
        <w:rPr>
          <w:rFonts w:ascii="Arial" w:eastAsia="Aptos" w:hAnsi="Arial" w:cs="Arial"/>
          <w:lang w:val="en-GB"/>
        </w:rPr>
        <w:t>. Depending on the system used, this may show up when your medical records are accessed</w:t>
      </w:r>
      <w:r w:rsidR="00AC617C">
        <w:rPr>
          <w:rFonts w:ascii="Arial" w:eastAsia="Aptos" w:hAnsi="Arial" w:cs="Arial"/>
          <w:lang w:val="en-GB"/>
        </w:rPr>
        <w:t xml:space="preserve"> (use the letter template attached)</w:t>
      </w:r>
    </w:p>
    <w:p w14:paraId="1DFE2586" w14:textId="187CFBFE" w:rsidR="00A72B1C" w:rsidRPr="00A72B1C" w:rsidRDefault="00A72B1C" w:rsidP="00A72B1C">
      <w:pPr>
        <w:numPr>
          <w:ilvl w:val="0"/>
          <w:numId w:val="11"/>
        </w:numPr>
        <w:spacing w:after="0" w:line="240" w:lineRule="auto"/>
        <w:jc w:val="both"/>
        <w:rPr>
          <w:rFonts w:ascii="Arial" w:eastAsia="Aptos" w:hAnsi="Arial" w:cs="Arial"/>
          <w:lang w:val="en-GB"/>
        </w:rPr>
      </w:pPr>
      <w:r w:rsidRPr="00A72B1C">
        <w:rPr>
          <w:rFonts w:ascii="Arial" w:eastAsia="Aptos" w:hAnsi="Arial" w:cs="Arial"/>
          <w:lang w:val="en-GB"/>
        </w:rPr>
        <w:t>Keep the plan updated, keep it secure, and tell people you trust where it’s located</w:t>
      </w:r>
    </w:p>
    <w:p w14:paraId="39F2399B" w14:textId="77777777" w:rsidR="00A72B1C" w:rsidRPr="00A72B1C" w:rsidRDefault="00A72B1C" w:rsidP="00A72B1C">
      <w:pPr>
        <w:spacing w:after="0" w:line="240" w:lineRule="auto"/>
        <w:jc w:val="both"/>
        <w:rPr>
          <w:rFonts w:ascii="Arial" w:eastAsia="Aptos" w:hAnsi="Arial" w:cs="Arial"/>
          <w:lang w:val="en-GB"/>
        </w:rPr>
      </w:pPr>
    </w:p>
    <w:p w14:paraId="1C98C46E" w14:textId="77777777" w:rsidR="00A72B1C" w:rsidRPr="00A72B1C" w:rsidRDefault="00A72B1C" w:rsidP="00A72B1C">
      <w:pPr>
        <w:spacing w:after="0" w:line="240" w:lineRule="auto"/>
        <w:jc w:val="both"/>
        <w:rPr>
          <w:rFonts w:ascii="Arial" w:eastAsia="Aptos" w:hAnsi="Arial" w:cs="Arial"/>
          <w:lang w:val="en-GB"/>
        </w:rPr>
      </w:pPr>
    </w:p>
    <w:p w14:paraId="2BB470A0" w14:textId="4250CF96" w:rsidR="00A72B1C" w:rsidRPr="00A72B1C" w:rsidRDefault="1BA45A23" w:rsidP="60F201D4">
      <w:pPr>
        <w:spacing w:after="0" w:line="240" w:lineRule="auto"/>
        <w:jc w:val="both"/>
      </w:pPr>
      <w:hyperlink r:id="rId9" w:anchor="future-planning">
        <w:r w:rsidRPr="60F201D4">
          <w:rPr>
            <w:rStyle w:val="Hyperlink"/>
            <w:lang w:val="en-GB"/>
          </w:rPr>
          <w:t>https://barnsleycarers.co.uk/how-can-we-help/practical-help-for-unpaid-carers/#future-planning</w:t>
        </w:r>
      </w:hyperlink>
      <w:r w:rsidRPr="60F201D4">
        <w:rPr>
          <w:lang w:val="en-GB"/>
        </w:rPr>
        <w:t xml:space="preserve"> </w:t>
      </w:r>
    </w:p>
    <w:sectPr w:rsidR="00A72B1C" w:rsidRPr="00A72B1C" w:rsidSect="009167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B87ADA"/>
    <w:multiLevelType w:val="multilevel"/>
    <w:tmpl w:val="97E0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FA2F6C"/>
    <w:multiLevelType w:val="multilevel"/>
    <w:tmpl w:val="E110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7E6FB0"/>
    <w:multiLevelType w:val="hybridMultilevel"/>
    <w:tmpl w:val="F5046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77689E"/>
    <w:multiLevelType w:val="hybridMultilevel"/>
    <w:tmpl w:val="9AE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088041">
    <w:abstractNumId w:val="8"/>
  </w:num>
  <w:num w:numId="2" w16cid:durableId="1303192705">
    <w:abstractNumId w:val="6"/>
  </w:num>
  <w:num w:numId="3" w16cid:durableId="513957166">
    <w:abstractNumId w:val="5"/>
  </w:num>
  <w:num w:numId="4" w16cid:durableId="1785879113">
    <w:abstractNumId w:val="4"/>
  </w:num>
  <w:num w:numId="5" w16cid:durableId="670259102">
    <w:abstractNumId w:val="7"/>
  </w:num>
  <w:num w:numId="6" w16cid:durableId="2046709270">
    <w:abstractNumId w:val="3"/>
  </w:num>
  <w:num w:numId="7" w16cid:durableId="858390935">
    <w:abstractNumId w:val="2"/>
  </w:num>
  <w:num w:numId="8" w16cid:durableId="1625891021">
    <w:abstractNumId w:val="1"/>
  </w:num>
  <w:num w:numId="9" w16cid:durableId="409891227">
    <w:abstractNumId w:val="0"/>
  </w:num>
  <w:num w:numId="10" w16cid:durableId="1200360353">
    <w:abstractNumId w:val="10"/>
  </w:num>
  <w:num w:numId="11" w16cid:durableId="379134597">
    <w:abstractNumId w:val="9"/>
  </w:num>
  <w:num w:numId="12" w16cid:durableId="2085179750">
    <w:abstractNumId w:val="12"/>
  </w:num>
  <w:num w:numId="13" w16cid:durableId="926614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213"/>
    <w:rsid w:val="00034616"/>
    <w:rsid w:val="0006063C"/>
    <w:rsid w:val="000E3A35"/>
    <w:rsid w:val="0015074B"/>
    <w:rsid w:val="00206EBE"/>
    <w:rsid w:val="0029639D"/>
    <w:rsid w:val="00326F90"/>
    <w:rsid w:val="00363877"/>
    <w:rsid w:val="003D0552"/>
    <w:rsid w:val="00514F60"/>
    <w:rsid w:val="006B578C"/>
    <w:rsid w:val="0075381E"/>
    <w:rsid w:val="007831AE"/>
    <w:rsid w:val="0079478D"/>
    <w:rsid w:val="008413F7"/>
    <w:rsid w:val="008C42BC"/>
    <w:rsid w:val="00916721"/>
    <w:rsid w:val="009D66D9"/>
    <w:rsid w:val="009F21FE"/>
    <w:rsid w:val="00A72B1C"/>
    <w:rsid w:val="00AA1D8D"/>
    <w:rsid w:val="00AC617C"/>
    <w:rsid w:val="00B47730"/>
    <w:rsid w:val="00C51CEA"/>
    <w:rsid w:val="00CB0664"/>
    <w:rsid w:val="00D07D06"/>
    <w:rsid w:val="00D23B7E"/>
    <w:rsid w:val="00D35471"/>
    <w:rsid w:val="00D4257E"/>
    <w:rsid w:val="00F8685A"/>
    <w:rsid w:val="00FC693F"/>
    <w:rsid w:val="1BA45A23"/>
    <w:rsid w:val="60F20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721FD40-1E45-4B0A-9A10-3436B090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60F201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barnsleycarers.co.uk/how-can-we-help/practical-help-for-unpaid-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00953f-2c5f-4192-b829-81c15ebf2862">
      <Terms xmlns="http://schemas.microsoft.com/office/infopath/2007/PartnerControls"/>
    </lcf76f155ced4ddcb4097134ff3c332f>
    <TaxCatchAll xmlns="774b4f81-4815-4672-97e7-5e4cef65e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B39C343D13445B5511F4D69561A16" ma:contentTypeVersion="14" ma:contentTypeDescription="Create a new document." ma:contentTypeScope="" ma:versionID="c560271330383c6a9a66f9524b725439">
  <xsd:schema xmlns:xsd="http://www.w3.org/2001/XMLSchema" xmlns:xs="http://www.w3.org/2001/XMLSchema" xmlns:p="http://schemas.microsoft.com/office/2006/metadata/properties" xmlns:ns2="7000953f-2c5f-4192-b829-81c15ebf2862" xmlns:ns3="774b4f81-4815-4672-97e7-5e4cef65e45a" targetNamespace="http://schemas.microsoft.com/office/2006/metadata/properties" ma:root="true" ma:fieldsID="edeec7f027dce9bddd5b1165478f3207" ns2:_="" ns3:_="">
    <xsd:import namespace="7000953f-2c5f-4192-b829-81c15ebf2862"/>
    <xsd:import namespace="774b4f81-4815-4672-97e7-5e4cef65e4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0953f-2c5f-4192-b829-81c15ebf2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4b4f81-4815-4672-97e7-5e4cef65e4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e6d9f4-4bbc-46a0-85b1-80d24cfda97a}" ma:internalName="TaxCatchAll" ma:showField="CatchAllData" ma:web="774b4f81-4815-4672-97e7-5e4cef65e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A52D979-AF15-4EE8-BAEE-64F49184CD50}">
  <ds:schemaRefs>
    <ds:schemaRef ds:uri="http://schemas.microsoft.com/office/2006/metadata/properties"/>
    <ds:schemaRef ds:uri="http://schemas.microsoft.com/office/infopath/2007/PartnerControls"/>
    <ds:schemaRef ds:uri="7000953f-2c5f-4192-b829-81c15ebf2862"/>
    <ds:schemaRef ds:uri="774b4f81-4815-4672-97e7-5e4cef65e45a"/>
  </ds:schemaRefs>
</ds:datastoreItem>
</file>

<file path=customXml/itemProps3.xml><?xml version="1.0" encoding="utf-8"?>
<ds:datastoreItem xmlns:ds="http://schemas.openxmlformats.org/officeDocument/2006/customXml" ds:itemID="{C6B5381E-5EF5-4CCD-BAE5-30DF97DAA9A8}">
  <ds:schemaRefs>
    <ds:schemaRef ds:uri="http://schemas.microsoft.com/sharepoint/v3/contenttype/forms"/>
  </ds:schemaRefs>
</ds:datastoreItem>
</file>

<file path=customXml/itemProps4.xml><?xml version="1.0" encoding="utf-8"?>
<ds:datastoreItem xmlns:ds="http://schemas.openxmlformats.org/officeDocument/2006/customXml" ds:itemID="{421BDA68-A3F1-4ECF-AA4A-5487A9A58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0953f-2c5f-4192-b829-81c15ebf2862"/>
    <ds:schemaRef ds:uri="774b4f81-4815-4672-97e7-5e4cef65e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3661</Characters>
  <Application>Microsoft Office Word</Application>
  <DocSecurity>0</DocSecurity>
  <Lines>30</Lines>
  <Paragraphs>8</Paragraphs>
  <ScaleCrop>false</ScaleCrop>
  <Manager/>
  <Company/>
  <LinksUpToDate>false</LinksUpToDate>
  <CharactersWithSpaces>4295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Emma (BHF LUNDWOOD SURGERY)</dc:creator>
  <cp:keywords/>
  <dc:description>generated by python-docx</dc:description>
  <cp:lastModifiedBy>SMITH, Emma (BHF LUNDWOOD SURGERY)</cp:lastModifiedBy>
  <cp:revision>2</cp:revision>
  <cp:lastPrinted>2026-07-09T08:14:00Z</cp:lastPrinted>
  <dcterms:created xsi:type="dcterms:W3CDTF">2026-08-21T13:04:00Z</dcterms:created>
  <dcterms:modified xsi:type="dcterms:W3CDTF">2026-08-21T13:04:00Z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0x010100EE9B39C343D13445B5511F4D69561A16</vt:lpwstr>
  </property>
  <property fmtid="{D5CDD505-2E9C-101B-9397-08002B2CF9AE}" pid="3" name="docLang">
    <vt:lpwstr>en</vt:lpwstr>
  </property>
  <property fmtid="{D5CDD505-2E9C-101B-9397-08002B2CF9AE}" pid="4" name="MediaServiceImageTags">
    <vt:lpwstr/>
  </property>
</Properties>
</file>